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44" w:type="dxa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B9250D" w14:paraId="028B6165" w14:textId="77777777">
        <w:trPr>
          <w:jc w:val="center"/>
        </w:trPr>
        <w:tc>
          <w:tcPr>
            <w:tcW w:w="10944" w:type="dxa"/>
            <w:tcBorders>
              <w:top w:val="single" w:sz="14" w:space="0" w:color="D6A84F"/>
              <w:left w:val="nil"/>
              <w:bottom w:val="single" w:sz="14" w:space="0" w:color="D6A84F"/>
              <w:right w:val="nil"/>
            </w:tcBorders>
            <w:shd w:val="clear" w:color="auto" w:fill="A71930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B7EF8E9" w14:textId="00722A10" w:rsidR="00B9250D" w:rsidRDefault="000B5DAA">
            <w:pPr>
              <w:pStyle w:val="FlyerKicker"/>
            </w:pPr>
            <w:r w:rsidRPr="00FB7187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77659EB0" wp14:editId="252A2560">
                  <wp:simplePos x="0" y="0"/>
                  <wp:positionH relativeFrom="margin">
                    <wp:posOffset>6253480</wp:posOffset>
                  </wp:positionH>
                  <wp:positionV relativeFrom="paragraph">
                    <wp:posOffset>8255</wp:posOffset>
                  </wp:positionV>
                  <wp:extent cx="515620" cy="607695"/>
                  <wp:effectExtent l="0" t="0" r="0" b="1905"/>
                  <wp:wrapNone/>
                  <wp:docPr id="22173649" name="Picture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8798BED-EF47-C825-F5DF-99AC1EA5143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173649" name="Picture 10">
                            <a:extLst>
                              <a:ext uri="{FF2B5EF4-FFF2-40B4-BE49-F238E27FC236}">
                                <a16:creationId xmlns:a16="http://schemas.microsoft.com/office/drawing/2014/main" id="{38798BED-EF47-C825-F5DF-99AC1EA514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620" cy="607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97AA2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7CE7B01" wp14:editId="3DA91AB9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-4445</wp:posOffset>
                  </wp:positionV>
                  <wp:extent cx="628650" cy="628650"/>
                  <wp:effectExtent l="0" t="0" r="0" b="0"/>
                  <wp:wrapNone/>
                  <wp:docPr id="86408373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>THE TORCH IS COMING</w:t>
            </w:r>
          </w:p>
          <w:p w14:paraId="411FBD8A" w14:textId="79E20239" w:rsidR="00B9250D" w:rsidRDefault="003950FF">
            <w:pPr>
              <w:pStyle w:val="FlyerTitle"/>
            </w:pPr>
            <w:r>
              <w:t>OUR LADY OF GUADALUPE</w:t>
            </w:r>
          </w:p>
          <w:p w14:paraId="79B72821" w14:textId="7D1C3B84" w:rsidR="00B9250D" w:rsidRDefault="003950FF">
            <w:pPr>
              <w:pStyle w:val="FlyerSubtitle"/>
            </w:pPr>
            <w:r>
              <w:t>A WEEK OF PRAYER • FAMILY • FAITH • FELLOWSHIP</w:t>
            </w:r>
          </w:p>
        </w:tc>
      </w:tr>
    </w:tbl>
    <w:p w14:paraId="38240648" w14:textId="7CDA9EF0" w:rsidR="00B9250D" w:rsidRDefault="00B9250D">
      <w:pPr>
        <w:spacing w:after="40" w:line="60" w:lineRule="auto"/>
      </w:pPr>
    </w:p>
    <w:tbl>
      <w:tblPr>
        <w:tblW w:w="10944" w:type="dxa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B9250D" w14:paraId="19144A72" w14:textId="77777777">
        <w:trPr>
          <w:jc w:val="center"/>
        </w:trPr>
        <w:tc>
          <w:tcPr>
            <w:tcW w:w="10944" w:type="dxa"/>
            <w:tcBorders>
              <w:top w:val="single" w:sz="10" w:space="0" w:color="D6A84F"/>
              <w:left w:val="single" w:sz="10" w:space="0" w:color="D6A84F"/>
              <w:bottom w:val="single" w:sz="10" w:space="0" w:color="D6A84F"/>
              <w:right w:val="single" w:sz="10" w:space="0" w:color="D6A84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11C08A" w14:textId="1597B1AB" w:rsidR="00B9250D" w:rsidRDefault="003950FF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6BAEF65" wp14:editId="3C7EC7AA">
                  <wp:extent cx="6894576" cy="4448114"/>
                  <wp:effectExtent l="0" t="0" r="0" b="0"/>
                  <wp:docPr id="1" name="Picture 1" descr="Our Lady of Guadalupe above a ceremonial torch and a multiracial United States Catholic parish pilgrimage, including white, Hispanic, Black and Asian parishioners." title="OUR LADY OF GUADALU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1_torch_week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94576" cy="44481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78C8DD" w14:textId="77777777" w:rsidR="00B9250D" w:rsidRDefault="003950FF">
      <w:pPr>
        <w:pStyle w:val="FlyerDescription"/>
      </w:pPr>
      <w:r>
        <w:t>Welcome the traveling Torch of Our Lady of Guadalupe to our parish and join the Knights of Columbus for a special week of devotion and community.</w:t>
      </w:r>
    </w:p>
    <w:p w14:paraId="46BE8AC5" w14:textId="45FC57FD" w:rsidR="00B9250D" w:rsidRDefault="003950FF">
      <w:pPr>
        <w:pStyle w:val="FlyerProgram"/>
      </w:pPr>
      <w:r>
        <w:t>FAITH IN ACTION: IMITATING SAINT JUAN DIEGO</w:t>
      </w:r>
    </w:p>
    <w:tbl>
      <w:tblPr>
        <w:tblW w:w="10944" w:type="dxa"/>
        <w:jc w:val="center"/>
        <w:tblLayout w:type="fixed"/>
        <w:tblLook w:val="04A0" w:firstRow="1" w:lastRow="0" w:firstColumn="1" w:lastColumn="0" w:noHBand="0" w:noVBand="1"/>
      </w:tblPr>
      <w:tblGrid>
        <w:gridCol w:w="2717"/>
        <w:gridCol w:w="2717"/>
        <w:gridCol w:w="2718"/>
        <w:gridCol w:w="2717"/>
        <w:gridCol w:w="75"/>
      </w:tblGrid>
      <w:tr w:rsidR="00B9250D" w14:paraId="3558163E" w14:textId="77777777">
        <w:trPr>
          <w:gridAfter w:val="1"/>
          <w:wAfter w:w="55" w:type="dxa"/>
          <w:jc w:val="center"/>
        </w:trPr>
        <w:tc>
          <w:tcPr>
            <w:tcW w:w="5472" w:type="dxa"/>
            <w:gridSpan w:val="2"/>
            <w:tcBorders>
              <w:top w:val="single" w:sz="6" w:space="0" w:color="D6A84F"/>
              <w:left w:val="single" w:sz="6" w:space="0" w:color="D6A84F"/>
              <w:bottom w:val="single" w:sz="6" w:space="0" w:color="D6A84F"/>
              <w:right w:val="single" w:sz="6" w:space="0" w:color="D6A84F"/>
            </w:tcBorders>
            <w:shd w:val="clear" w:color="auto" w:fill="FFF7E6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16DE8228" w14:textId="77777777" w:rsidR="00B9250D" w:rsidRDefault="003950FF">
            <w:pPr>
              <w:pStyle w:val="FlyerLabel"/>
            </w:pPr>
            <w:r>
              <w:t>DATE</w:t>
            </w:r>
          </w:p>
          <w:p w14:paraId="71340328" w14:textId="77777777" w:rsidR="00B9250D" w:rsidRDefault="003950FF">
            <w:pPr>
              <w:pStyle w:val="FlyerPlaceholder"/>
            </w:pPr>
            <w:r>
              <w:t>[DATE]</w:t>
            </w:r>
          </w:p>
        </w:tc>
        <w:tc>
          <w:tcPr>
            <w:tcW w:w="5472" w:type="dxa"/>
            <w:gridSpan w:val="2"/>
            <w:tcBorders>
              <w:top w:val="single" w:sz="6" w:space="0" w:color="D6A84F"/>
              <w:left w:val="single" w:sz="6" w:space="0" w:color="D6A84F"/>
              <w:bottom w:val="single" w:sz="6" w:space="0" w:color="D6A84F"/>
              <w:right w:val="single" w:sz="6" w:space="0" w:color="D6A84F"/>
            </w:tcBorders>
            <w:shd w:val="clear" w:color="auto" w:fill="FFF7E6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736A126F" w14:textId="77777777" w:rsidR="00B9250D" w:rsidRDefault="003950FF">
            <w:pPr>
              <w:pStyle w:val="FlyerLabel"/>
            </w:pPr>
            <w:r>
              <w:t>TIME</w:t>
            </w:r>
          </w:p>
          <w:p w14:paraId="475224BC" w14:textId="77777777" w:rsidR="00B9250D" w:rsidRDefault="003950FF">
            <w:pPr>
              <w:pStyle w:val="FlyerPlaceholder"/>
            </w:pPr>
            <w:r>
              <w:t>[TIME]</w:t>
            </w:r>
          </w:p>
        </w:tc>
      </w:tr>
      <w:tr w:rsidR="00B9250D" w14:paraId="65224445" w14:textId="77777777">
        <w:trPr>
          <w:gridAfter w:val="1"/>
          <w:wAfter w:w="55" w:type="dxa"/>
          <w:jc w:val="center"/>
        </w:trPr>
        <w:tc>
          <w:tcPr>
            <w:tcW w:w="5472" w:type="dxa"/>
            <w:gridSpan w:val="2"/>
            <w:tcBorders>
              <w:top w:val="single" w:sz="6" w:space="0" w:color="D6A84F"/>
              <w:left w:val="single" w:sz="6" w:space="0" w:color="D6A84F"/>
              <w:bottom w:val="single" w:sz="6" w:space="0" w:color="D6A84F"/>
              <w:right w:val="single" w:sz="6" w:space="0" w:color="D6A84F"/>
            </w:tcBorders>
            <w:shd w:val="clear" w:color="auto" w:fill="FFF7E6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0F5A091D" w14:textId="77777777" w:rsidR="00B9250D" w:rsidRDefault="003950FF">
            <w:pPr>
              <w:pStyle w:val="FlyerLabel"/>
            </w:pPr>
            <w:r>
              <w:t>LOCATION</w:t>
            </w:r>
          </w:p>
          <w:p w14:paraId="0C1C670B" w14:textId="77777777" w:rsidR="00B9250D" w:rsidRDefault="003950FF">
            <w:pPr>
              <w:pStyle w:val="FlyerPlaceholder"/>
            </w:pPr>
            <w:r>
              <w:t>[PARISH / ADDRESS]</w:t>
            </w:r>
          </w:p>
        </w:tc>
        <w:tc>
          <w:tcPr>
            <w:tcW w:w="5472" w:type="dxa"/>
            <w:gridSpan w:val="2"/>
            <w:tcBorders>
              <w:top w:val="single" w:sz="6" w:space="0" w:color="D6A84F"/>
              <w:left w:val="single" w:sz="6" w:space="0" w:color="D6A84F"/>
              <w:bottom w:val="single" w:sz="6" w:space="0" w:color="D6A84F"/>
              <w:right w:val="single" w:sz="6" w:space="0" w:color="D6A84F"/>
            </w:tcBorders>
            <w:shd w:val="clear" w:color="auto" w:fill="FFF7E6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 w14:paraId="38A9CBBE" w14:textId="28A8930F" w:rsidR="00B9250D" w:rsidRDefault="003950FF">
            <w:pPr>
              <w:pStyle w:val="FlyerLabel"/>
            </w:pPr>
            <w:r>
              <w:t>HOST</w:t>
            </w:r>
          </w:p>
          <w:p w14:paraId="64F9FB15" w14:textId="77777777" w:rsidR="00B9250D" w:rsidRDefault="003950FF">
            <w:pPr>
              <w:pStyle w:val="FlyerPlaceholder"/>
            </w:pPr>
            <w:r>
              <w:t>KofC Council [# / NAME]</w:t>
            </w:r>
          </w:p>
        </w:tc>
      </w:tr>
      <w:tr w:rsidR="00B9250D" w14:paraId="71EF27DF" w14:textId="77777777">
        <w:trPr>
          <w:jc w:val="center"/>
        </w:trPr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FCE8EC"/>
            <w:tcMar>
              <w:top w:w="50" w:type="dxa"/>
              <w:left w:w="45" w:type="dxa"/>
              <w:bottom w:w="50" w:type="dxa"/>
              <w:right w:w="45" w:type="dxa"/>
            </w:tcMar>
            <w:vAlign w:val="center"/>
          </w:tcPr>
          <w:p w14:paraId="6EA1FDA1" w14:textId="77777777" w:rsidR="00B9250D" w:rsidRDefault="003950FF">
            <w:pPr>
              <w:pStyle w:val="FlyerHighlight"/>
            </w:pPr>
            <w:r>
              <w:t>ROSARY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FCE8EC"/>
            <w:tcMar>
              <w:top w:w="50" w:type="dxa"/>
              <w:left w:w="45" w:type="dxa"/>
              <w:bottom w:w="50" w:type="dxa"/>
              <w:right w:w="45" w:type="dxa"/>
            </w:tcMar>
            <w:vAlign w:val="center"/>
          </w:tcPr>
          <w:p w14:paraId="578BFF46" w14:textId="77777777" w:rsidR="00B9250D" w:rsidRDefault="003950FF">
            <w:pPr>
              <w:pStyle w:val="FlyerHighlight"/>
            </w:pPr>
            <w:r>
              <w:t>HOLY HOUR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FCE8EC"/>
            <w:tcMar>
              <w:top w:w="50" w:type="dxa"/>
              <w:left w:w="45" w:type="dxa"/>
              <w:bottom w:w="50" w:type="dxa"/>
              <w:right w:w="45" w:type="dxa"/>
            </w:tcMar>
            <w:vAlign w:val="center"/>
          </w:tcPr>
          <w:p w14:paraId="30CD0EF3" w14:textId="77777777" w:rsidR="00B9250D" w:rsidRDefault="003950FF">
            <w:pPr>
              <w:pStyle w:val="FlyerHighlight"/>
            </w:pPr>
            <w:r>
              <w:t>FAMILY EVENT</w:t>
            </w:r>
          </w:p>
        </w:tc>
        <w:tc>
          <w:tcPr>
            <w:tcW w:w="2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CE8EC"/>
            <w:tcMar>
              <w:top w:w="50" w:type="dxa"/>
              <w:left w:w="45" w:type="dxa"/>
              <w:bottom w:w="50" w:type="dxa"/>
              <w:right w:w="45" w:type="dxa"/>
            </w:tcMar>
            <w:vAlign w:val="center"/>
          </w:tcPr>
          <w:p w14:paraId="45C3570B" w14:textId="77777777" w:rsidR="00B9250D" w:rsidRDefault="003950FF">
            <w:pPr>
              <w:pStyle w:val="FlyerHighlight"/>
            </w:pPr>
            <w:r>
              <w:t>CULTURAL NIGHT</w:t>
            </w:r>
          </w:p>
        </w:tc>
      </w:tr>
      <w:tr w:rsidR="00B9250D" w14:paraId="26ABB89B" w14:textId="77777777">
        <w:trPr>
          <w:gridAfter w:val="1"/>
          <w:wAfter w:w="75" w:type="dxa"/>
          <w:jc w:val="center"/>
        </w:trPr>
        <w:tc>
          <w:tcPr>
            <w:tcW w:w="109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AF3F8"/>
            <w:tcMar>
              <w:top w:w="55" w:type="dxa"/>
              <w:left w:w="120" w:type="dxa"/>
              <w:bottom w:w="55" w:type="dxa"/>
              <w:right w:w="120" w:type="dxa"/>
            </w:tcMar>
          </w:tcPr>
          <w:p w14:paraId="7ED97EE8" w14:textId="2570478B" w:rsidR="00B9250D" w:rsidRDefault="003950FF">
            <w:pPr>
              <w:pStyle w:val="FlyerDetailHeading"/>
            </w:pPr>
            <w:r>
              <w:t>OUR TORCH WEEK SCHEDULE</w:t>
            </w:r>
          </w:p>
          <w:p w14:paraId="78E695DF" w14:textId="77777777" w:rsidR="00B9250D" w:rsidRDefault="003950FF">
            <w:pPr>
              <w:pStyle w:val="FlyerDetailLine"/>
            </w:pPr>
            <w:r>
              <w:t>[EDIT THIS TEXT]</w:t>
            </w:r>
          </w:p>
          <w:p w14:paraId="41107523" w14:textId="77777777" w:rsidR="00B9250D" w:rsidRDefault="003950FF">
            <w:pPr>
              <w:pStyle w:val="FlyerDetailLine"/>
            </w:pPr>
            <w:r>
              <w:t>[EDIT THIS TEXT]</w:t>
            </w:r>
          </w:p>
          <w:p w14:paraId="2F6A9390" w14:textId="77777777" w:rsidR="00B9250D" w:rsidRDefault="003950FF">
            <w:pPr>
              <w:pStyle w:val="FlyerDetailLine"/>
            </w:pPr>
            <w:r>
              <w:t>[EDIT THIS TEXT]</w:t>
            </w:r>
          </w:p>
        </w:tc>
      </w:tr>
    </w:tbl>
    <w:p w14:paraId="24D5DC1D" w14:textId="1A910FC4" w:rsidR="00B9250D" w:rsidRDefault="003950FF">
      <w:pPr>
        <w:pStyle w:val="FlyerCTA"/>
      </w:pPr>
      <w:r>
        <w:t>ALL ARE WELCOME • BRING YOUR FAMILY &amp; FRIENDS</w:t>
      </w:r>
    </w:p>
    <w:tbl>
      <w:tblPr>
        <w:tblW w:w="10944" w:type="dxa"/>
        <w:jc w:val="center"/>
        <w:tblLayout w:type="fixed"/>
        <w:tblLook w:val="04A0" w:firstRow="1" w:lastRow="0" w:firstColumn="1" w:lastColumn="0" w:noHBand="0" w:noVBand="1"/>
      </w:tblPr>
      <w:tblGrid>
        <w:gridCol w:w="7441"/>
        <w:gridCol w:w="3503"/>
      </w:tblGrid>
      <w:tr w:rsidR="00B9250D" w14:paraId="05882AB0" w14:textId="77777777">
        <w:trPr>
          <w:jc w:val="center"/>
        </w:trPr>
        <w:tc>
          <w:tcPr>
            <w:tcW w:w="7441" w:type="dxa"/>
            <w:tcBorders>
              <w:top w:val="single" w:sz="7" w:space="0" w:color="D6A84F"/>
              <w:left w:val="single" w:sz="7" w:space="0" w:color="D6A84F"/>
              <w:bottom w:val="single" w:sz="7" w:space="0" w:color="D6A84F"/>
              <w:right w:val="single" w:sz="7" w:space="0" w:color="D6A84F"/>
            </w:tcBorders>
            <w:shd w:val="clear" w:color="auto" w:fill="FFF7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6A1B27" w14:textId="53AFD2E1" w:rsidR="00B9250D" w:rsidRDefault="003950FF">
            <w:pPr>
              <w:pStyle w:val="FlyerFooterLabel"/>
            </w:pPr>
            <w:r>
              <w:t>COUNCIL CONTACT / REGISTRATION</w:t>
            </w:r>
          </w:p>
          <w:p w14:paraId="70A0801B" w14:textId="77777777" w:rsidR="00B9250D" w:rsidRDefault="003950FF">
            <w:pPr>
              <w:pStyle w:val="FlyerFooterText"/>
              <w:spacing w:after="20"/>
            </w:pPr>
            <w:r>
              <w:t>[NAME • EMAIL • PHONE]</w:t>
            </w:r>
          </w:p>
          <w:p w14:paraId="585F7CF3" w14:textId="77777777" w:rsidR="00B9250D" w:rsidRDefault="003950FF">
            <w:pPr>
              <w:pStyle w:val="FlyerFooterText"/>
            </w:pPr>
            <w:r>
              <w:t>[WEBSITE OR RSVP LINK]</w:t>
            </w:r>
          </w:p>
        </w:tc>
        <w:tc>
          <w:tcPr>
            <w:tcW w:w="3503" w:type="dxa"/>
            <w:tcBorders>
              <w:top w:val="single" w:sz="7" w:space="0" w:color="D6A84F"/>
              <w:left w:val="single" w:sz="7" w:space="0" w:color="D6A84F"/>
              <w:bottom w:val="single" w:sz="7" w:space="0" w:color="D6A84F"/>
              <w:right w:val="single" w:sz="7" w:space="0" w:color="D6A84F"/>
            </w:tcBorders>
            <w:shd w:val="clear" w:color="auto" w:fill="EAF3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495AE7" w14:textId="28EA6664" w:rsidR="00B9250D" w:rsidRDefault="003950FF">
            <w:pPr>
              <w:pStyle w:val="FlyerFooterLabel"/>
            </w:pPr>
            <w:r>
              <w:t>INSERT QR CODE</w:t>
            </w:r>
          </w:p>
          <w:p w14:paraId="33314DF3" w14:textId="77777777" w:rsidR="00B9250D" w:rsidRDefault="003950FF">
            <w:pPr>
              <w:pStyle w:val="FlyerFooterText"/>
            </w:pPr>
            <w:r>
              <w:t>OR COUNCIL LOGO HERE</w:t>
            </w:r>
          </w:p>
        </w:tc>
      </w:tr>
    </w:tbl>
    <w:p w14:paraId="62213015" w14:textId="7787AB9C" w:rsidR="00E81B8D" w:rsidRDefault="009E45A7">
      <w:r>
        <w:rPr>
          <w:noProof/>
        </w:rPr>
        <w:drawing>
          <wp:anchor distT="0" distB="0" distL="114300" distR="114300" simplePos="0" relativeHeight="251661312" behindDoc="0" locked="0" layoutInCell="1" allowOverlap="1" wp14:anchorId="0D59579A" wp14:editId="1043FB9B">
            <wp:simplePos x="0" y="0"/>
            <wp:positionH relativeFrom="column">
              <wp:posOffset>3000878</wp:posOffset>
            </wp:positionH>
            <wp:positionV relativeFrom="paragraph">
              <wp:posOffset>157297</wp:posOffset>
            </wp:positionV>
            <wp:extent cx="787651" cy="787651"/>
            <wp:effectExtent l="0" t="0" r="0" b="0"/>
            <wp:wrapNone/>
            <wp:docPr id="38751066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651" cy="787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81B8D" w:rsidSect="00034616">
      <w:pgSz w:w="12240" w:h="15840"/>
      <w:pgMar w:top="504" w:right="648" w:bottom="504" w:left="648" w:header="288" w:footer="288" w:gutter="0"/>
      <w:pgBorders w:offsetFrom="page">
        <w:top w:val="single" w:sz="10" w:space="8" w:color="D6A84F"/>
        <w:left w:val="single" w:sz="10" w:space="8" w:color="D6A84F"/>
        <w:bottom w:val="single" w:sz="10" w:space="8" w:color="D6A84F"/>
        <w:right w:val="single" w:sz="10" w:space="8" w:color="D6A84F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2785550">
    <w:abstractNumId w:val="8"/>
  </w:num>
  <w:num w:numId="2" w16cid:durableId="90661711">
    <w:abstractNumId w:val="6"/>
  </w:num>
  <w:num w:numId="3" w16cid:durableId="371998353">
    <w:abstractNumId w:val="5"/>
  </w:num>
  <w:num w:numId="4" w16cid:durableId="241263321">
    <w:abstractNumId w:val="4"/>
  </w:num>
  <w:num w:numId="5" w16cid:durableId="185408324">
    <w:abstractNumId w:val="7"/>
  </w:num>
  <w:num w:numId="6" w16cid:durableId="468284471">
    <w:abstractNumId w:val="3"/>
  </w:num>
  <w:num w:numId="7" w16cid:durableId="1464695636">
    <w:abstractNumId w:val="2"/>
  </w:num>
  <w:num w:numId="8" w16cid:durableId="1203976913">
    <w:abstractNumId w:val="1"/>
  </w:num>
  <w:num w:numId="9" w16cid:durableId="141578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5DAA"/>
    <w:rsid w:val="0015074B"/>
    <w:rsid w:val="0029639D"/>
    <w:rsid w:val="00326F90"/>
    <w:rsid w:val="007C0B51"/>
    <w:rsid w:val="007D671A"/>
    <w:rsid w:val="009E45A7"/>
    <w:rsid w:val="00A57D2A"/>
    <w:rsid w:val="00AA1D8D"/>
    <w:rsid w:val="00B47730"/>
    <w:rsid w:val="00B9250D"/>
    <w:rsid w:val="00C71B61"/>
    <w:rsid w:val="00CB0664"/>
    <w:rsid w:val="00D97AA2"/>
    <w:rsid w:val="00E81B8D"/>
    <w:rsid w:val="00F1637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E8F84C80-4BB6-4A39-B23C-009CFF411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keepLines/>
      <w:spacing w:after="60" w:line="252" w:lineRule="auto"/>
    </w:pPr>
    <w:rPr>
      <w:rFonts w:ascii="Arial" w:hAnsi="Arial"/>
      <w:color w:val="17324D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lyerKicker">
    <w:name w:val="Flyer Kicker"/>
    <w:pPr>
      <w:keepLines/>
      <w:spacing w:after="0" w:line="240" w:lineRule="auto"/>
      <w:jc w:val="center"/>
    </w:pPr>
    <w:rPr>
      <w:rFonts w:ascii="Arial" w:hAnsi="Arial"/>
      <w:b/>
      <w:color w:val="D6A84F"/>
    </w:rPr>
  </w:style>
  <w:style w:type="paragraph" w:customStyle="1" w:styleId="FlyerTitle">
    <w:name w:val="Flyer Title"/>
    <w:pPr>
      <w:keepLines/>
      <w:spacing w:after="0" w:line="240" w:lineRule="auto"/>
      <w:jc w:val="center"/>
    </w:pPr>
    <w:rPr>
      <w:rFonts w:ascii="Georgia" w:hAnsi="Georgia"/>
      <w:b/>
      <w:color w:val="FFFFFF"/>
      <w:sz w:val="46"/>
    </w:rPr>
  </w:style>
  <w:style w:type="paragraph" w:customStyle="1" w:styleId="FlyerSubtitle">
    <w:name w:val="Flyer Subtitle"/>
    <w:pPr>
      <w:keepLines/>
      <w:spacing w:after="0" w:line="240" w:lineRule="auto"/>
      <w:jc w:val="center"/>
    </w:pPr>
    <w:rPr>
      <w:rFonts w:ascii="Arial" w:hAnsi="Arial"/>
      <w:b/>
      <w:color w:val="FFFFFF"/>
    </w:rPr>
  </w:style>
  <w:style w:type="paragraph" w:customStyle="1" w:styleId="FlyerDescription">
    <w:name w:val="Flyer Description"/>
    <w:pPr>
      <w:keepLines/>
      <w:spacing w:before="40" w:after="60" w:line="252" w:lineRule="auto"/>
      <w:jc w:val="center"/>
    </w:pPr>
    <w:rPr>
      <w:rFonts w:ascii="Arial" w:hAnsi="Arial"/>
      <w:color w:val="17324D"/>
    </w:rPr>
  </w:style>
  <w:style w:type="paragraph" w:customStyle="1" w:styleId="FlyerProgram">
    <w:name w:val="Flyer Program"/>
    <w:pPr>
      <w:keepLines/>
      <w:spacing w:after="60" w:line="240" w:lineRule="auto"/>
      <w:jc w:val="center"/>
    </w:pPr>
    <w:rPr>
      <w:rFonts w:ascii="Arial" w:hAnsi="Arial"/>
      <w:b/>
      <w:color w:val="A71930"/>
    </w:rPr>
  </w:style>
  <w:style w:type="paragraph" w:customStyle="1" w:styleId="FlyerLabel">
    <w:name w:val="Flyer Label"/>
    <w:pPr>
      <w:keepLines/>
      <w:spacing w:after="0" w:line="240" w:lineRule="auto"/>
      <w:jc w:val="center"/>
    </w:pPr>
    <w:rPr>
      <w:rFonts w:ascii="Arial" w:hAnsi="Arial"/>
      <w:b/>
      <w:color w:val="A71930"/>
    </w:rPr>
  </w:style>
  <w:style w:type="paragraph" w:customStyle="1" w:styleId="FlyerPlaceholder">
    <w:name w:val="Flyer Placeholder"/>
    <w:pPr>
      <w:keepLines/>
      <w:spacing w:after="0" w:line="240" w:lineRule="auto"/>
      <w:jc w:val="center"/>
    </w:pPr>
    <w:rPr>
      <w:rFonts w:ascii="Arial" w:hAnsi="Arial"/>
      <w:b/>
      <w:color w:val="173A5E"/>
    </w:rPr>
  </w:style>
  <w:style w:type="paragraph" w:customStyle="1" w:styleId="FlyerHighlight">
    <w:name w:val="Flyer Highlight"/>
    <w:pPr>
      <w:keepLines/>
      <w:spacing w:after="0" w:line="240" w:lineRule="auto"/>
      <w:jc w:val="center"/>
    </w:pPr>
    <w:rPr>
      <w:rFonts w:ascii="Arial" w:hAnsi="Arial"/>
      <w:b/>
      <w:color w:val="173A5E"/>
    </w:rPr>
  </w:style>
  <w:style w:type="paragraph" w:customStyle="1" w:styleId="FlyerDetailHeading">
    <w:name w:val="Flyer Detail Heading"/>
    <w:pPr>
      <w:keepLines/>
      <w:spacing w:after="20" w:line="240" w:lineRule="auto"/>
      <w:jc w:val="center"/>
    </w:pPr>
    <w:rPr>
      <w:rFonts w:ascii="Arial" w:hAnsi="Arial"/>
      <w:b/>
      <w:color w:val="A71930"/>
    </w:rPr>
  </w:style>
  <w:style w:type="paragraph" w:customStyle="1" w:styleId="FlyerDetailLine">
    <w:name w:val="Flyer Detail Line"/>
    <w:pPr>
      <w:keepLines/>
      <w:spacing w:after="0" w:line="240" w:lineRule="auto"/>
      <w:jc w:val="center"/>
    </w:pPr>
    <w:rPr>
      <w:rFonts w:ascii="Arial" w:hAnsi="Arial"/>
      <w:color w:val="173A5E"/>
    </w:rPr>
  </w:style>
  <w:style w:type="paragraph" w:customStyle="1" w:styleId="FlyerCTA">
    <w:name w:val="Flyer CTA"/>
    <w:pPr>
      <w:keepLines/>
      <w:spacing w:before="40" w:after="20" w:line="240" w:lineRule="auto"/>
      <w:jc w:val="center"/>
    </w:pPr>
    <w:rPr>
      <w:rFonts w:ascii="Arial" w:hAnsi="Arial"/>
      <w:b/>
      <w:color w:val="A71930"/>
    </w:rPr>
  </w:style>
  <w:style w:type="paragraph" w:customStyle="1" w:styleId="FlyerContact">
    <w:name w:val="Flyer Contact"/>
    <w:pPr>
      <w:keepLines/>
      <w:spacing w:after="0" w:line="240" w:lineRule="auto"/>
      <w:jc w:val="center"/>
    </w:pPr>
    <w:rPr>
      <w:rFonts w:ascii="Arial" w:hAnsi="Arial"/>
      <w:b/>
      <w:color w:val="173A5E"/>
    </w:rPr>
  </w:style>
  <w:style w:type="paragraph" w:customStyle="1" w:styleId="FlyerFooterLabel">
    <w:name w:val="Flyer Footer Label"/>
    <w:pPr>
      <w:keepLines/>
      <w:spacing w:after="20" w:line="240" w:lineRule="auto"/>
      <w:jc w:val="center"/>
    </w:pPr>
    <w:rPr>
      <w:rFonts w:ascii="Arial" w:hAnsi="Arial"/>
      <w:b/>
      <w:color w:val="A71930"/>
    </w:rPr>
  </w:style>
  <w:style w:type="paragraph" w:customStyle="1" w:styleId="FlyerFooterText">
    <w:name w:val="Flyer Footer Text"/>
    <w:pPr>
      <w:keepLines/>
      <w:spacing w:after="0" w:line="240" w:lineRule="auto"/>
      <w:jc w:val="center"/>
    </w:pPr>
    <w:rPr>
      <w:rFonts w:ascii="Arial" w:hAnsi="Arial"/>
      <w:b/>
      <w:color w:val="173A5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556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OUR LADY OF GUADALUPE</dc:title>
  <dc:subject>Editable 2026 Knights of Columbus Torch of Our Lady of Guadalupe event flyer</dc:subject>
  <dc:creator>Knights of Columbus</dc:creator>
  <cp:keywords>Our Lady of Guadalupe, Knights of Columbus, Torch, editable flyer, 2026</cp:keywords>
  <dc:description>generated by python-docx</dc:description>
  <cp:lastModifiedBy>Arriola, Josue</cp:lastModifiedBy>
  <cp:revision>2</cp:revision>
  <dcterms:created xsi:type="dcterms:W3CDTF">2026-08-27T13:17:00Z</dcterms:created>
  <dcterms:modified xsi:type="dcterms:W3CDTF">2026-08-27T13:17:00Z</dcterms:modified>
  <cp:category/>
</cp:coreProperties>
</file>