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CE49FF" w14:paraId="48526DD9" w14:textId="77777777">
        <w:trPr>
          <w:jc w:val="center"/>
        </w:trPr>
        <w:tc>
          <w:tcPr>
            <w:tcW w:w="10944" w:type="dxa"/>
            <w:tcBorders>
              <w:top w:val="single" w:sz="14" w:space="0" w:color="D6A84F"/>
              <w:left w:val="nil"/>
              <w:bottom w:val="single" w:sz="14" w:space="0" w:color="D6A84F"/>
              <w:right w:val="nil"/>
            </w:tcBorders>
            <w:shd w:val="clear" w:color="auto" w:fill="A7193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F2B5A3" w14:textId="796E56B4" w:rsidR="00CE49FF" w:rsidRDefault="00C31634">
            <w:pPr>
              <w:pStyle w:val="FlyerKicker"/>
            </w:pPr>
            <w:r w:rsidRPr="00FB7187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FC426C5" wp14:editId="6B0A68A6">
                  <wp:simplePos x="0" y="0"/>
                  <wp:positionH relativeFrom="margin">
                    <wp:posOffset>6221095</wp:posOffset>
                  </wp:positionH>
                  <wp:positionV relativeFrom="paragraph">
                    <wp:posOffset>0</wp:posOffset>
                  </wp:positionV>
                  <wp:extent cx="515620" cy="607695"/>
                  <wp:effectExtent l="0" t="0" r="0" b="1905"/>
                  <wp:wrapNone/>
                  <wp:docPr id="22173649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798BED-EF47-C825-F5DF-99AC1EA514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73649" name="Picture 10">
                            <a:extLst>
                              <a:ext uri="{FF2B5EF4-FFF2-40B4-BE49-F238E27FC236}">
                                <a16:creationId xmlns:a16="http://schemas.microsoft.com/office/drawing/2014/main" id="{38798BED-EF47-C825-F5DF-99AC1EA514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60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B7CF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A330534" wp14:editId="3D8BF6A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</wp:posOffset>
                  </wp:positionV>
                  <wp:extent cx="628650" cy="628650"/>
                  <wp:effectExtent l="0" t="0" r="0" b="0"/>
                  <wp:wrapNone/>
                  <wp:docPr id="8640837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KNIGHTS OF COLUMBUS</w:t>
            </w:r>
          </w:p>
          <w:p w14:paraId="112EE1B2" w14:textId="77777777" w:rsidR="00CE49FF" w:rsidRDefault="007B48C0">
            <w:pPr>
              <w:pStyle w:val="FlyerTitle"/>
            </w:pPr>
            <w:r>
              <w:t>[YOUR EVENT TITLE]</w:t>
            </w:r>
          </w:p>
          <w:p w14:paraId="4E9514F9" w14:textId="77777777" w:rsidR="00CE49FF" w:rsidRDefault="007B48C0">
            <w:pPr>
              <w:pStyle w:val="FlyerSubtitle"/>
            </w:pPr>
            <w:r>
              <w:t>TORCH OF OUR LADY OF GUADALUPE</w:t>
            </w:r>
          </w:p>
        </w:tc>
      </w:tr>
    </w:tbl>
    <w:p w14:paraId="1D4CEC0F" w14:textId="77777777" w:rsidR="00CE49FF" w:rsidRDefault="00CE49FF">
      <w:pPr>
        <w:spacing w:after="40" w:line="60" w:lineRule="auto"/>
      </w:pP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CE49FF" w14:paraId="0ACEE1DF" w14:textId="77777777">
        <w:trPr>
          <w:jc w:val="center"/>
        </w:trPr>
        <w:tc>
          <w:tcPr>
            <w:tcW w:w="10944" w:type="dxa"/>
            <w:tcBorders>
              <w:top w:val="single" w:sz="10" w:space="0" w:color="D6A84F"/>
              <w:left w:val="single" w:sz="10" w:space="0" w:color="D6A84F"/>
              <w:bottom w:val="single" w:sz="10" w:space="0" w:color="D6A84F"/>
              <w:right w:val="single" w:sz="10" w:space="0" w:color="D6A84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C734" w14:textId="77777777" w:rsidR="00CE49FF" w:rsidRDefault="007B48C0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E25B7FE" wp14:editId="681076A5">
                  <wp:extent cx="6894576" cy="4448114"/>
                  <wp:effectExtent l="0" t="0" r="0" b="0"/>
                  <wp:docPr id="1" name="Picture 1" descr="Our Lady of Guadalupe above a glowing torch as white, Hispanic, Black and Asian Catholic parishioners welcome the community." title="[YOUR EVENT TITLE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custom_torch_even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4576" cy="4448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BE288" w14:textId="77777777" w:rsidR="00CE49FF" w:rsidRDefault="007B48C0">
      <w:pPr>
        <w:pStyle w:val="FlyerDescription"/>
      </w:pPr>
      <w:r>
        <w:t>[Add a short, inviting description of your council's event here.]</w:t>
      </w:r>
    </w:p>
    <w:p w14:paraId="6BEE4FEC" w14:textId="77777777" w:rsidR="00CE49FF" w:rsidRDefault="007B48C0">
      <w:pPr>
        <w:pStyle w:val="FlyerProgram"/>
      </w:pPr>
      <w:r>
        <w:t>[FAITH IN ACTION PROGRAM / EVENT TYPE]</w:t>
      </w: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2717"/>
        <w:gridCol w:w="2717"/>
        <w:gridCol w:w="2718"/>
        <w:gridCol w:w="2717"/>
        <w:gridCol w:w="75"/>
      </w:tblGrid>
      <w:tr w:rsidR="00CE49FF" w14:paraId="2E5CE640" w14:textId="77777777">
        <w:trPr>
          <w:gridAfter w:val="1"/>
          <w:wAfter w:w="55" w:type="dxa"/>
          <w:jc w:val="center"/>
        </w:trPr>
        <w:tc>
          <w:tcPr>
            <w:tcW w:w="5472" w:type="dxa"/>
            <w:gridSpan w:val="2"/>
            <w:tcBorders>
              <w:top w:val="single" w:sz="6" w:space="0" w:color="D6A84F"/>
              <w:left w:val="single" w:sz="6" w:space="0" w:color="D6A84F"/>
              <w:bottom w:val="single" w:sz="6" w:space="0" w:color="D6A84F"/>
              <w:right w:val="single" w:sz="6" w:space="0" w:color="D6A84F"/>
            </w:tcBorders>
            <w:shd w:val="clear" w:color="auto" w:fill="FFF7E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07D0CBE" w14:textId="77777777" w:rsidR="00CE49FF" w:rsidRDefault="007B48C0">
            <w:pPr>
              <w:pStyle w:val="FlyerLabel"/>
            </w:pPr>
            <w:r>
              <w:t>DATE</w:t>
            </w:r>
          </w:p>
          <w:p w14:paraId="485EA02D" w14:textId="77777777" w:rsidR="00CE49FF" w:rsidRDefault="007B48C0">
            <w:pPr>
              <w:pStyle w:val="FlyerPlaceholder"/>
            </w:pPr>
            <w:r>
              <w:t>[DATE]</w:t>
            </w:r>
          </w:p>
        </w:tc>
        <w:tc>
          <w:tcPr>
            <w:tcW w:w="5472" w:type="dxa"/>
            <w:gridSpan w:val="2"/>
            <w:tcBorders>
              <w:top w:val="single" w:sz="6" w:space="0" w:color="D6A84F"/>
              <w:left w:val="single" w:sz="6" w:space="0" w:color="D6A84F"/>
              <w:bottom w:val="single" w:sz="6" w:space="0" w:color="D6A84F"/>
              <w:right w:val="single" w:sz="6" w:space="0" w:color="D6A84F"/>
            </w:tcBorders>
            <w:shd w:val="clear" w:color="auto" w:fill="FFF7E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133BF4D" w14:textId="77777777" w:rsidR="00CE49FF" w:rsidRDefault="007B48C0">
            <w:pPr>
              <w:pStyle w:val="FlyerLabel"/>
            </w:pPr>
            <w:r>
              <w:t>TIME</w:t>
            </w:r>
          </w:p>
          <w:p w14:paraId="693EEED2" w14:textId="77777777" w:rsidR="00CE49FF" w:rsidRDefault="007B48C0">
            <w:pPr>
              <w:pStyle w:val="FlyerPlaceholder"/>
            </w:pPr>
            <w:r>
              <w:t>[TIME]</w:t>
            </w:r>
          </w:p>
        </w:tc>
      </w:tr>
      <w:tr w:rsidR="00CE49FF" w14:paraId="043C87F3" w14:textId="77777777">
        <w:trPr>
          <w:gridAfter w:val="1"/>
          <w:wAfter w:w="55" w:type="dxa"/>
          <w:jc w:val="center"/>
        </w:trPr>
        <w:tc>
          <w:tcPr>
            <w:tcW w:w="5472" w:type="dxa"/>
            <w:gridSpan w:val="2"/>
            <w:tcBorders>
              <w:top w:val="single" w:sz="6" w:space="0" w:color="D6A84F"/>
              <w:left w:val="single" w:sz="6" w:space="0" w:color="D6A84F"/>
              <w:bottom w:val="single" w:sz="6" w:space="0" w:color="D6A84F"/>
              <w:right w:val="single" w:sz="6" w:space="0" w:color="D6A84F"/>
            </w:tcBorders>
            <w:shd w:val="clear" w:color="auto" w:fill="FFF7E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CF9F7AC" w14:textId="77777777" w:rsidR="00CE49FF" w:rsidRDefault="007B48C0">
            <w:pPr>
              <w:pStyle w:val="FlyerLabel"/>
            </w:pPr>
            <w:r>
              <w:t>LOCATION</w:t>
            </w:r>
          </w:p>
          <w:p w14:paraId="5C9F53D4" w14:textId="77777777" w:rsidR="00CE49FF" w:rsidRDefault="007B48C0">
            <w:pPr>
              <w:pStyle w:val="FlyerPlaceholder"/>
            </w:pPr>
            <w:r>
              <w:t>[PARISH / ADDRESS]</w:t>
            </w:r>
          </w:p>
        </w:tc>
        <w:tc>
          <w:tcPr>
            <w:tcW w:w="5472" w:type="dxa"/>
            <w:gridSpan w:val="2"/>
            <w:tcBorders>
              <w:top w:val="single" w:sz="6" w:space="0" w:color="D6A84F"/>
              <w:left w:val="single" w:sz="6" w:space="0" w:color="D6A84F"/>
              <w:bottom w:val="single" w:sz="6" w:space="0" w:color="D6A84F"/>
              <w:right w:val="single" w:sz="6" w:space="0" w:color="D6A84F"/>
            </w:tcBorders>
            <w:shd w:val="clear" w:color="auto" w:fill="FFF7E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75FDDC1" w14:textId="77777777" w:rsidR="00CE49FF" w:rsidRDefault="007B48C0">
            <w:pPr>
              <w:pStyle w:val="FlyerLabel"/>
            </w:pPr>
            <w:r>
              <w:t>HOST</w:t>
            </w:r>
          </w:p>
          <w:p w14:paraId="63CB2AF9" w14:textId="77777777" w:rsidR="00CE49FF" w:rsidRDefault="007B48C0">
            <w:pPr>
              <w:pStyle w:val="FlyerPlaceholder"/>
            </w:pPr>
            <w:r>
              <w:t>KofC Council [# / NAME]</w:t>
            </w:r>
          </w:p>
        </w:tc>
      </w:tr>
      <w:tr w:rsidR="00CE49FF" w14:paraId="6BE28357" w14:textId="77777777">
        <w:trPr>
          <w:jc w:val="center"/>
        </w:trPr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CE8EC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21382190" w14:textId="77777777" w:rsidR="00CE49FF" w:rsidRDefault="007B48C0">
            <w:pPr>
              <w:pStyle w:val="FlyerHighlight"/>
            </w:pPr>
            <w:r>
              <w:t>[HIGHLIGHT 1]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CE8EC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016C5234" w14:textId="77777777" w:rsidR="00CE49FF" w:rsidRDefault="007B48C0">
            <w:pPr>
              <w:pStyle w:val="FlyerHighlight"/>
            </w:pPr>
            <w:r>
              <w:t>[HIGHLIGHT 2]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CE8EC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339A53E8" w14:textId="77777777" w:rsidR="00CE49FF" w:rsidRDefault="007B48C0">
            <w:pPr>
              <w:pStyle w:val="FlyerHighlight"/>
            </w:pPr>
            <w:r>
              <w:t>[HIGHLIGHT 3]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E8EC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4291BBE8" w14:textId="77777777" w:rsidR="00CE49FF" w:rsidRDefault="007B48C0">
            <w:pPr>
              <w:pStyle w:val="FlyerHighlight"/>
            </w:pPr>
            <w:r>
              <w:t>[HIGHLIGHT 4]</w:t>
            </w:r>
          </w:p>
        </w:tc>
      </w:tr>
      <w:tr w:rsidR="00CE49FF" w14:paraId="77DE9956" w14:textId="77777777">
        <w:trPr>
          <w:gridAfter w:val="1"/>
          <w:wAfter w:w="75" w:type="dxa"/>
          <w:jc w:val="center"/>
        </w:trPr>
        <w:tc>
          <w:tcPr>
            <w:tcW w:w="109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3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6BD590D9" w14:textId="77777777" w:rsidR="00CE49FF" w:rsidRDefault="007B48C0">
            <w:pPr>
              <w:pStyle w:val="FlyerDetailHeading"/>
            </w:pPr>
            <w:r>
              <w:t>EVENT HIGHLIGHTS / PROGRAM DETAILS</w:t>
            </w:r>
          </w:p>
          <w:p w14:paraId="7B22B290" w14:textId="77777777" w:rsidR="00CE49FF" w:rsidRDefault="007B48C0">
            <w:pPr>
              <w:pStyle w:val="FlyerDetailLine"/>
            </w:pPr>
            <w:r>
              <w:t>[EDIT THIS TEXT]</w:t>
            </w:r>
          </w:p>
          <w:p w14:paraId="7D294781" w14:textId="77777777" w:rsidR="00CE49FF" w:rsidRDefault="007B48C0">
            <w:pPr>
              <w:pStyle w:val="FlyerDetailLine"/>
            </w:pPr>
            <w:r>
              <w:t>[EDIT THIS TEXT]</w:t>
            </w:r>
          </w:p>
          <w:p w14:paraId="33A9102F" w14:textId="77777777" w:rsidR="00CE49FF" w:rsidRDefault="007B48C0">
            <w:pPr>
              <w:pStyle w:val="FlyerDetailLine"/>
            </w:pPr>
            <w:r>
              <w:t>[EDIT THIS TEXT]</w:t>
            </w:r>
          </w:p>
        </w:tc>
      </w:tr>
    </w:tbl>
    <w:p w14:paraId="31AD7646" w14:textId="77777777" w:rsidR="00CE49FF" w:rsidRDefault="007B48C0">
      <w:pPr>
        <w:pStyle w:val="FlyerCTA"/>
      </w:pPr>
      <w:r>
        <w:t>ALL ARE WELCOME • BRING YOUR FAMILY &amp; FRIENDS</w:t>
      </w: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7441"/>
        <w:gridCol w:w="3503"/>
      </w:tblGrid>
      <w:tr w:rsidR="00CE49FF" w14:paraId="05C284E2" w14:textId="77777777">
        <w:trPr>
          <w:jc w:val="center"/>
        </w:trPr>
        <w:tc>
          <w:tcPr>
            <w:tcW w:w="7441" w:type="dxa"/>
            <w:tcBorders>
              <w:top w:val="single" w:sz="7" w:space="0" w:color="D6A84F"/>
              <w:left w:val="single" w:sz="7" w:space="0" w:color="D6A84F"/>
              <w:bottom w:val="single" w:sz="7" w:space="0" w:color="D6A84F"/>
              <w:right w:val="single" w:sz="7" w:space="0" w:color="D6A84F"/>
            </w:tcBorders>
            <w:shd w:val="clear" w:color="auto" w:fill="FFF7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9F22FC" w14:textId="77777777" w:rsidR="00CE49FF" w:rsidRDefault="007B48C0">
            <w:pPr>
              <w:pStyle w:val="FlyerFooterLabel"/>
            </w:pPr>
            <w:r>
              <w:t>COUNCIL CONTACT / REGISTRATION</w:t>
            </w:r>
          </w:p>
          <w:p w14:paraId="020E094C" w14:textId="77777777" w:rsidR="00CE49FF" w:rsidRDefault="007B48C0">
            <w:pPr>
              <w:pStyle w:val="FlyerFooterText"/>
              <w:spacing w:after="20"/>
            </w:pPr>
            <w:r>
              <w:t>[NAME • EMAIL • PHONE]</w:t>
            </w:r>
          </w:p>
          <w:p w14:paraId="6F8763BA" w14:textId="77777777" w:rsidR="00CE49FF" w:rsidRDefault="007B48C0">
            <w:pPr>
              <w:pStyle w:val="FlyerFooterText"/>
            </w:pPr>
            <w:r>
              <w:t>[WEBSITE OR RSVP LINK]</w:t>
            </w:r>
          </w:p>
        </w:tc>
        <w:tc>
          <w:tcPr>
            <w:tcW w:w="3503" w:type="dxa"/>
            <w:tcBorders>
              <w:top w:val="single" w:sz="7" w:space="0" w:color="D6A84F"/>
              <w:left w:val="single" w:sz="7" w:space="0" w:color="D6A84F"/>
              <w:bottom w:val="single" w:sz="7" w:space="0" w:color="D6A84F"/>
              <w:right w:val="single" w:sz="7" w:space="0" w:color="D6A84F"/>
            </w:tcBorders>
            <w:shd w:val="clear" w:color="auto" w:fill="EAF3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09BC7A" w14:textId="77777777" w:rsidR="00CE49FF" w:rsidRDefault="007B48C0">
            <w:pPr>
              <w:pStyle w:val="FlyerFooterLabel"/>
            </w:pPr>
            <w:r>
              <w:t>INSERT QR CODE</w:t>
            </w:r>
          </w:p>
          <w:p w14:paraId="68906012" w14:textId="77777777" w:rsidR="00CE49FF" w:rsidRDefault="007B48C0">
            <w:pPr>
              <w:pStyle w:val="FlyerFooterText"/>
            </w:pPr>
            <w:r>
              <w:t>OR COUNCIL LOGO HERE</w:t>
            </w:r>
          </w:p>
        </w:tc>
      </w:tr>
    </w:tbl>
    <w:p w14:paraId="070DE5FB" w14:textId="1901211E" w:rsidR="002C056E" w:rsidRDefault="00C31634">
      <w:r>
        <w:rPr>
          <w:noProof/>
        </w:rPr>
        <w:drawing>
          <wp:anchor distT="0" distB="0" distL="114300" distR="114300" simplePos="0" relativeHeight="251662336" behindDoc="0" locked="0" layoutInCell="1" allowOverlap="1" wp14:anchorId="107F4B60" wp14:editId="0025DFB6">
            <wp:simplePos x="0" y="0"/>
            <wp:positionH relativeFrom="column">
              <wp:posOffset>3078480</wp:posOffset>
            </wp:positionH>
            <wp:positionV relativeFrom="paragraph">
              <wp:posOffset>442595</wp:posOffset>
            </wp:positionV>
            <wp:extent cx="787400" cy="787400"/>
            <wp:effectExtent l="0" t="0" r="0" b="0"/>
            <wp:wrapNone/>
            <wp:docPr id="3875106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C056E" w:rsidSect="00034616">
      <w:pgSz w:w="12240" w:h="15840"/>
      <w:pgMar w:top="504" w:right="648" w:bottom="504" w:left="648" w:header="288" w:footer="288" w:gutter="0"/>
      <w:pgBorders w:offsetFrom="page">
        <w:top w:val="single" w:sz="10" w:space="8" w:color="D6A84F"/>
        <w:left w:val="single" w:sz="10" w:space="8" w:color="D6A84F"/>
        <w:bottom w:val="single" w:sz="10" w:space="8" w:color="D6A84F"/>
        <w:right w:val="single" w:sz="10" w:space="8" w:color="D6A84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7614058">
    <w:abstractNumId w:val="8"/>
  </w:num>
  <w:num w:numId="2" w16cid:durableId="1830437815">
    <w:abstractNumId w:val="6"/>
  </w:num>
  <w:num w:numId="3" w16cid:durableId="616377978">
    <w:abstractNumId w:val="5"/>
  </w:num>
  <w:num w:numId="4" w16cid:durableId="2119987070">
    <w:abstractNumId w:val="4"/>
  </w:num>
  <w:num w:numId="5" w16cid:durableId="895504442">
    <w:abstractNumId w:val="7"/>
  </w:num>
  <w:num w:numId="6" w16cid:durableId="1419905106">
    <w:abstractNumId w:val="3"/>
  </w:num>
  <w:num w:numId="7" w16cid:durableId="1095589588">
    <w:abstractNumId w:val="2"/>
  </w:num>
  <w:num w:numId="8" w16cid:durableId="925117360">
    <w:abstractNumId w:val="1"/>
  </w:num>
  <w:num w:numId="9" w16cid:durableId="204748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7CF6"/>
    <w:rsid w:val="002C056E"/>
    <w:rsid w:val="00326F90"/>
    <w:rsid w:val="006A1C6E"/>
    <w:rsid w:val="00AA1D8D"/>
    <w:rsid w:val="00B47730"/>
    <w:rsid w:val="00C31634"/>
    <w:rsid w:val="00C71B61"/>
    <w:rsid w:val="00CB0664"/>
    <w:rsid w:val="00CE49FF"/>
    <w:rsid w:val="00EA3E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8F84C80-4BB6-4A39-B23C-009CFF41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keepLines/>
      <w:spacing w:after="60" w:line="252" w:lineRule="auto"/>
    </w:pPr>
    <w:rPr>
      <w:rFonts w:ascii="Arial" w:hAnsi="Arial"/>
      <w:color w:val="17324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lyerKicker">
    <w:name w:val="Flyer Kicker"/>
    <w:pPr>
      <w:keepLines/>
      <w:spacing w:after="0" w:line="240" w:lineRule="auto"/>
      <w:jc w:val="center"/>
    </w:pPr>
    <w:rPr>
      <w:rFonts w:ascii="Arial" w:hAnsi="Arial"/>
      <w:b/>
      <w:color w:val="D6A84F"/>
    </w:rPr>
  </w:style>
  <w:style w:type="paragraph" w:customStyle="1" w:styleId="FlyerTitle">
    <w:name w:val="Flyer Title"/>
    <w:pPr>
      <w:keepLines/>
      <w:spacing w:after="0" w:line="240" w:lineRule="auto"/>
      <w:jc w:val="center"/>
    </w:pPr>
    <w:rPr>
      <w:rFonts w:ascii="Georgia" w:hAnsi="Georgia"/>
      <w:b/>
      <w:color w:val="FFFFFF"/>
      <w:sz w:val="46"/>
    </w:rPr>
  </w:style>
  <w:style w:type="paragraph" w:customStyle="1" w:styleId="FlyerSubtitle">
    <w:name w:val="Flyer Subtitle"/>
    <w:pPr>
      <w:keepLines/>
      <w:spacing w:after="0" w:line="240" w:lineRule="auto"/>
      <w:jc w:val="center"/>
    </w:pPr>
    <w:rPr>
      <w:rFonts w:ascii="Arial" w:hAnsi="Arial"/>
      <w:b/>
      <w:color w:val="FFFFFF"/>
    </w:rPr>
  </w:style>
  <w:style w:type="paragraph" w:customStyle="1" w:styleId="FlyerDescription">
    <w:name w:val="Flyer Description"/>
    <w:pPr>
      <w:keepLines/>
      <w:spacing w:before="40" w:after="60" w:line="252" w:lineRule="auto"/>
      <w:jc w:val="center"/>
    </w:pPr>
    <w:rPr>
      <w:rFonts w:ascii="Arial" w:hAnsi="Arial"/>
      <w:color w:val="17324D"/>
    </w:rPr>
  </w:style>
  <w:style w:type="paragraph" w:customStyle="1" w:styleId="FlyerProgram">
    <w:name w:val="Flyer Program"/>
    <w:pPr>
      <w:keepLines/>
      <w:spacing w:after="60" w:line="240" w:lineRule="auto"/>
      <w:jc w:val="center"/>
    </w:pPr>
    <w:rPr>
      <w:rFonts w:ascii="Arial" w:hAnsi="Arial"/>
      <w:b/>
      <w:color w:val="A71930"/>
    </w:rPr>
  </w:style>
  <w:style w:type="paragraph" w:customStyle="1" w:styleId="FlyerLabel">
    <w:name w:val="Flyer Label"/>
    <w:pPr>
      <w:keepLines/>
      <w:spacing w:after="0" w:line="240" w:lineRule="auto"/>
      <w:jc w:val="center"/>
    </w:pPr>
    <w:rPr>
      <w:rFonts w:ascii="Arial" w:hAnsi="Arial"/>
      <w:b/>
      <w:color w:val="A71930"/>
    </w:rPr>
  </w:style>
  <w:style w:type="paragraph" w:customStyle="1" w:styleId="FlyerPlaceholder">
    <w:name w:val="Flyer Placeholder"/>
    <w:pPr>
      <w:keepLines/>
      <w:spacing w:after="0" w:line="240" w:lineRule="auto"/>
      <w:jc w:val="center"/>
    </w:pPr>
    <w:rPr>
      <w:rFonts w:ascii="Arial" w:hAnsi="Arial"/>
      <w:b/>
      <w:color w:val="173A5E"/>
    </w:rPr>
  </w:style>
  <w:style w:type="paragraph" w:customStyle="1" w:styleId="FlyerHighlight">
    <w:name w:val="Flyer Highlight"/>
    <w:pPr>
      <w:keepLines/>
      <w:spacing w:after="0" w:line="240" w:lineRule="auto"/>
      <w:jc w:val="center"/>
    </w:pPr>
    <w:rPr>
      <w:rFonts w:ascii="Arial" w:hAnsi="Arial"/>
      <w:b/>
      <w:color w:val="173A5E"/>
    </w:rPr>
  </w:style>
  <w:style w:type="paragraph" w:customStyle="1" w:styleId="FlyerDetailHeading">
    <w:name w:val="Flyer Detail Heading"/>
    <w:pPr>
      <w:keepLines/>
      <w:spacing w:after="20" w:line="240" w:lineRule="auto"/>
      <w:jc w:val="center"/>
    </w:pPr>
    <w:rPr>
      <w:rFonts w:ascii="Arial" w:hAnsi="Arial"/>
      <w:b/>
      <w:color w:val="A71930"/>
    </w:rPr>
  </w:style>
  <w:style w:type="paragraph" w:customStyle="1" w:styleId="FlyerDetailLine">
    <w:name w:val="Flyer Detail Line"/>
    <w:pPr>
      <w:keepLines/>
      <w:spacing w:after="0" w:line="240" w:lineRule="auto"/>
      <w:jc w:val="center"/>
    </w:pPr>
    <w:rPr>
      <w:rFonts w:ascii="Arial" w:hAnsi="Arial"/>
      <w:color w:val="173A5E"/>
    </w:rPr>
  </w:style>
  <w:style w:type="paragraph" w:customStyle="1" w:styleId="FlyerCTA">
    <w:name w:val="Flyer CTA"/>
    <w:pPr>
      <w:keepLines/>
      <w:spacing w:before="40" w:after="20" w:line="240" w:lineRule="auto"/>
      <w:jc w:val="center"/>
    </w:pPr>
    <w:rPr>
      <w:rFonts w:ascii="Arial" w:hAnsi="Arial"/>
      <w:b/>
      <w:color w:val="A71930"/>
    </w:rPr>
  </w:style>
  <w:style w:type="paragraph" w:customStyle="1" w:styleId="FlyerContact">
    <w:name w:val="Flyer Contact"/>
    <w:pPr>
      <w:keepLines/>
      <w:spacing w:after="0" w:line="240" w:lineRule="auto"/>
      <w:jc w:val="center"/>
    </w:pPr>
    <w:rPr>
      <w:rFonts w:ascii="Arial" w:hAnsi="Arial"/>
      <w:b/>
      <w:color w:val="173A5E"/>
    </w:rPr>
  </w:style>
  <w:style w:type="paragraph" w:customStyle="1" w:styleId="FlyerFooterLabel">
    <w:name w:val="Flyer Footer Label"/>
    <w:pPr>
      <w:keepLines/>
      <w:spacing w:after="20" w:line="240" w:lineRule="auto"/>
      <w:jc w:val="center"/>
    </w:pPr>
    <w:rPr>
      <w:rFonts w:ascii="Arial" w:hAnsi="Arial"/>
      <w:b/>
      <w:color w:val="A71930"/>
    </w:rPr>
  </w:style>
  <w:style w:type="paragraph" w:customStyle="1" w:styleId="FlyerFooterText">
    <w:name w:val="Flyer Footer Text"/>
    <w:pPr>
      <w:keepLines/>
      <w:spacing w:after="0" w:line="240" w:lineRule="auto"/>
      <w:jc w:val="center"/>
    </w:pPr>
    <w:rPr>
      <w:rFonts w:ascii="Arial" w:hAnsi="Arial"/>
      <w:b/>
      <w:color w:val="173A5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EVENT TITLE</dc:title>
  <dc:subject>Editable 2026 Knights of Columbus Torch of Our Lady of Guadalupe event flyer</dc:subject>
  <dc:creator>Knights of Columbus</dc:creator>
  <cp:keywords>Our Lady of Guadalupe, Knights of Columbus, Torch, editable flyer, 2026</cp:keywords>
  <dc:description>generated by python-docx</dc:description>
  <cp:lastModifiedBy>Arriola, Josue</cp:lastModifiedBy>
  <cp:revision>2</cp:revision>
  <dcterms:created xsi:type="dcterms:W3CDTF">2026-08-27T13:22:00Z</dcterms:created>
  <dcterms:modified xsi:type="dcterms:W3CDTF">2026-08-27T13:22:00Z</dcterms:modified>
  <cp:category/>
</cp:coreProperties>
</file>