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5309D" w14:textId="77777777" w:rsidR="002C480A" w:rsidRDefault="000C7C4C">
      <w:pPr>
        <w:pStyle w:val="Title"/>
        <w:jc w:val="center"/>
      </w:pPr>
      <w:r>
        <w:t>OCIA Resource Guide</w:t>
      </w:r>
    </w:p>
    <w:p w14:paraId="0F06E555" w14:textId="77777777" w:rsidR="002C480A" w:rsidRPr="00E55666" w:rsidRDefault="000C7C4C">
      <w:pPr>
        <w:jc w:val="center"/>
        <w:rPr>
          <w:b/>
          <w:bCs/>
        </w:rPr>
      </w:pPr>
      <w:r w:rsidRPr="00E55666">
        <w:rPr>
          <w:b/>
          <w:bCs/>
        </w:rPr>
        <w:t>Helpful resources for those exploring or entering the Catholic Church.</w:t>
      </w:r>
      <w:r w:rsidRPr="00E55666">
        <w:rPr>
          <w:b/>
          <w:bCs/>
        </w:rPr>
        <w:br/>
      </w:r>
    </w:p>
    <w:p w14:paraId="1698AFBE" w14:textId="77777777" w:rsidR="002C480A" w:rsidRDefault="000C7C4C">
      <w:pPr>
        <w:pStyle w:val="Heading1"/>
      </w:pPr>
      <w:r>
        <w:t>Parish Resources</w:t>
      </w:r>
    </w:p>
    <w:p w14:paraId="7A9AD8E6" w14:textId="77777777" w:rsidR="002C480A" w:rsidRDefault="000C7C4C">
      <w:pPr>
        <w:pStyle w:val="ListBullet"/>
      </w:pPr>
      <w:r>
        <w:t xml:space="preserve">Parish Website: </w:t>
      </w:r>
      <w:r w:rsidRPr="00E55666">
        <w:rPr>
          <w:i/>
          <w:iCs/>
        </w:rPr>
        <w:t>zionsvillecatholic.com</w:t>
      </w:r>
    </w:p>
    <w:p w14:paraId="217FD755" w14:textId="77777777" w:rsidR="002C480A" w:rsidRDefault="000C7C4C">
      <w:pPr>
        <w:pStyle w:val="ListBullet"/>
      </w:pPr>
      <w:r>
        <w:t xml:space="preserve">Resources: </w:t>
      </w:r>
      <w:r w:rsidRPr="00E55666">
        <w:rPr>
          <w:i/>
          <w:iCs/>
        </w:rPr>
        <w:t>zionsvillecatholic.com/resources</w:t>
      </w:r>
    </w:p>
    <w:p w14:paraId="4074A162" w14:textId="77777777" w:rsidR="002C480A" w:rsidRDefault="000C7C4C">
      <w:pPr>
        <w:pStyle w:val="ListBullet"/>
      </w:pPr>
      <w:r>
        <w:t>Weekly E-News</w:t>
      </w:r>
    </w:p>
    <w:p w14:paraId="55600DB5" w14:textId="77777777" w:rsidR="002C480A" w:rsidRDefault="000C7C4C">
      <w:pPr>
        <w:pStyle w:val="ListBullet"/>
      </w:pPr>
      <w:r>
        <w:t>Weekly Bulletin</w:t>
      </w:r>
    </w:p>
    <w:p w14:paraId="60FAC22D" w14:textId="77777777" w:rsidR="002C480A" w:rsidRDefault="000C7C4C">
      <w:pPr>
        <w:pStyle w:val="ListBullet"/>
      </w:pPr>
      <w:r>
        <w:t xml:space="preserve">Facebook &amp; Instagram: </w:t>
      </w:r>
      <w:r w:rsidRPr="00E55666">
        <w:rPr>
          <w:i/>
          <w:iCs/>
        </w:rPr>
        <w:t>@ZionsvilleCatholic</w:t>
      </w:r>
    </w:p>
    <w:p w14:paraId="109C79F8" w14:textId="12514922" w:rsidR="00E55666" w:rsidRDefault="00E55666">
      <w:pPr>
        <w:pStyle w:val="ListBullet"/>
      </w:pPr>
      <w:r>
        <w:t>Hallow (see last page)</w:t>
      </w:r>
    </w:p>
    <w:p w14:paraId="73AFE1D4" w14:textId="5B034E35" w:rsidR="00E55666" w:rsidRDefault="00E55666">
      <w:pPr>
        <w:pStyle w:val="ListBullet"/>
      </w:pPr>
      <w:r>
        <w:t>Holy Banter Podcast</w:t>
      </w:r>
    </w:p>
    <w:p w14:paraId="0EF827FE" w14:textId="77777777" w:rsidR="002C480A" w:rsidRDefault="000C7C4C">
      <w:pPr>
        <w:pStyle w:val="Heading1"/>
      </w:pPr>
      <w:r>
        <w:t>Essential Catholic Resources</w:t>
      </w:r>
    </w:p>
    <w:p w14:paraId="61230779" w14:textId="77777777" w:rsidR="002C480A" w:rsidRDefault="000C7C4C">
      <w:pPr>
        <w:pStyle w:val="ListBullet"/>
      </w:pPr>
      <w:r>
        <w:t>FORMED – Free Catholic videos, studies, books, and movies</w:t>
      </w:r>
    </w:p>
    <w:p w14:paraId="23A5DC96" w14:textId="2A0F5B61" w:rsidR="00E55666" w:rsidRDefault="00E55666" w:rsidP="00E55666">
      <w:pPr>
        <w:pStyle w:val="ListBullet"/>
        <w:tabs>
          <w:tab w:val="clear" w:pos="360"/>
          <w:tab w:val="num" w:pos="720"/>
        </w:tabs>
        <w:ind w:left="720"/>
      </w:pPr>
      <w:r>
        <w:t xml:space="preserve">Free parish account </w:t>
      </w:r>
      <w:r w:rsidRPr="00E55666">
        <w:rPr>
          <w:i/>
          <w:iCs/>
        </w:rPr>
        <w:t>www.formed.org</w:t>
      </w:r>
    </w:p>
    <w:p w14:paraId="17E2A2BF" w14:textId="01134E8D" w:rsidR="002C480A" w:rsidRDefault="000C7C4C">
      <w:pPr>
        <w:pStyle w:val="ListBullet"/>
      </w:pPr>
      <w:r>
        <w:t>Confirmation saint information</w:t>
      </w:r>
      <w:r w:rsidR="00E55666" w:rsidRPr="00E55666">
        <w:t xml:space="preserve"> </w:t>
      </w:r>
      <w:r w:rsidR="00E55666">
        <w:t xml:space="preserve">- </w:t>
      </w:r>
      <w:r w:rsidR="00E55666" w:rsidRPr="00E55666">
        <w:rPr>
          <w:i/>
          <w:iCs/>
        </w:rPr>
        <w:t>Catholic.org/Saints</w:t>
      </w:r>
    </w:p>
    <w:p w14:paraId="6C8A418A" w14:textId="27401F34" w:rsidR="002C480A" w:rsidRDefault="000C7C4C">
      <w:pPr>
        <w:pStyle w:val="ListBullet"/>
      </w:pPr>
      <w:r>
        <w:t>Bible in a Year (Fr. Mike Schmitz)</w:t>
      </w:r>
      <w:r w:rsidR="00E55666">
        <w:t xml:space="preserve"> on Hallow</w:t>
      </w:r>
    </w:p>
    <w:p w14:paraId="0F014844" w14:textId="3130C72C" w:rsidR="002C480A" w:rsidRDefault="000C7C4C">
      <w:pPr>
        <w:pStyle w:val="ListBullet"/>
      </w:pPr>
      <w:r>
        <w:t>Catechism in a Year (Fr. Mike Schmitz)</w:t>
      </w:r>
      <w:r w:rsidR="00E55666">
        <w:t xml:space="preserve"> on Hallow</w:t>
      </w:r>
    </w:p>
    <w:p w14:paraId="3F3E195E" w14:textId="77777777" w:rsidR="002C480A" w:rsidRDefault="000C7C4C">
      <w:pPr>
        <w:pStyle w:val="Heading1"/>
      </w:pPr>
      <w:r>
        <w:t>Recommended Books</w:t>
      </w:r>
    </w:p>
    <w:p w14:paraId="4C5FFB9F" w14:textId="77777777" w:rsidR="002C480A" w:rsidRDefault="000C7C4C">
      <w:pPr>
        <w:pStyle w:val="ListBullet"/>
      </w:pPr>
      <w:r>
        <w:t>Rediscover Catholicism – Matthew Kelly</w:t>
      </w:r>
    </w:p>
    <w:p w14:paraId="1944DFC0" w14:textId="77777777" w:rsidR="002C480A" w:rsidRDefault="000C7C4C">
      <w:pPr>
        <w:pStyle w:val="ListBullet"/>
      </w:pPr>
      <w:r>
        <w:t>New Testament Basics for Catholics – John Bergsma</w:t>
      </w:r>
    </w:p>
    <w:p w14:paraId="02488C31" w14:textId="77777777" w:rsidR="002C480A" w:rsidRDefault="000C7C4C">
      <w:pPr>
        <w:pStyle w:val="ListBullet"/>
      </w:pPr>
      <w:r>
        <w:t>Rome Sweet Home – Scott Hahn</w:t>
      </w:r>
    </w:p>
    <w:p w14:paraId="3436D332" w14:textId="77777777" w:rsidR="002C480A" w:rsidRDefault="000C7C4C">
      <w:pPr>
        <w:pStyle w:val="ListBullet"/>
      </w:pPr>
      <w:r>
        <w:t>The Convert's Guide to Catholicism – Keith Nester</w:t>
      </w:r>
    </w:p>
    <w:p w14:paraId="36510321" w14:textId="77777777" w:rsidR="002C480A" w:rsidRDefault="000C7C4C">
      <w:pPr>
        <w:pStyle w:val="Heading1"/>
      </w:pPr>
      <w:r>
        <w:t>Understanding the Mass</w:t>
      </w:r>
    </w:p>
    <w:p w14:paraId="5AA43634" w14:textId="77777777" w:rsidR="002C480A" w:rsidRDefault="000C7C4C">
      <w:pPr>
        <w:pStyle w:val="ListBullet"/>
      </w:pPr>
      <w:r>
        <w:t>The Mass Explained – Maria Grace Dateno</w:t>
      </w:r>
    </w:p>
    <w:p w14:paraId="68C0590E" w14:textId="77777777" w:rsidR="002C480A" w:rsidRDefault="000C7C4C">
      <w:pPr>
        <w:pStyle w:val="ListBullet"/>
      </w:pPr>
      <w:r>
        <w:t>The Lamb's Supper – Scott Hahn</w:t>
      </w:r>
    </w:p>
    <w:p w14:paraId="36256B11" w14:textId="77777777" w:rsidR="002C480A" w:rsidRDefault="000C7C4C">
      <w:pPr>
        <w:pStyle w:val="ListBullet"/>
      </w:pPr>
      <w:r>
        <w:t>The Fourth Cup – Scott Hahn</w:t>
      </w:r>
    </w:p>
    <w:p w14:paraId="5489441D" w14:textId="77777777" w:rsidR="002C480A" w:rsidRDefault="000C7C4C">
      <w:pPr>
        <w:pStyle w:val="ListBullet"/>
      </w:pPr>
      <w:r>
        <w:t>Magnificat (book or app)</w:t>
      </w:r>
    </w:p>
    <w:p w14:paraId="6B9F05D6" w14:textId="65885015" w:rsidR="00E55666" w:rsidRDefault="00E55666">
      <w:pPr>
        <w:pStyle w:val="ListBullet"/>
      </w:pPr>
      <w:r>
        <w:t>Formed.org</w:t>
      </w:r>
    </w:p>
    <w:p w14:paraId="3106FDAE" w14:textId="46C0AF9C" w:rsidR="002C480A" w:rsidRDefault="000C7C4C">
      <w:pPr>
        <w:pStyle w:val="Heading1"/>
      </w:pPr>
      <w:r>
        <w:lastRenderedPageBreak/>
        <w:t>Liturgical Seasons</w:t>
      </w:r>
    </w:p>
    <w:p w14:paraId="29746FC6" w14:textId="77777777" w:rsidR="00E55666" w:rsidRDefault="000C7C4C" w:rsidP="00E55666">
      <w:pPr>
        <w:pStyle w:val="ListBullet"/>
      </w:pPr>
      <w:r>
        <w:t>Advent</w:t>
      </w:r>
    </w:p>
    <w:p w14:paraId="4B7B28E8" w14:textId="77777777" w:rsidR="00E55666" w:rsidRDefault="000C7C4C" w:rsidP="00E55666">
      <w:pPr>
        <w:pStyle w:val="ListBullet"/>
        <w:tabs>
          <w:tab w:val="clear" w:pos="360"/>
          <w:tab w:val="num" w:pos="720"/>
        </w:tabs>
        <w:ind w:left="720"/>
      </w:pPr>
      <w:r>
        <w:t>Dynamic Catholi</w:t>
      </w:r>
      <w:r w:rsidR="00E55666">
        <w:t>c</w:t>
      </w:r>
    </w:p>
    <w:p w14:paraId="35A54C37" w14:textId="77777777" w:rsidR="00E55666" w:rsidRDefault="000C7C4C" w:rsidP="00E55666">
      <w:pPr>
        <w:pStyle w:val="ListBullet"/>
        <w:tabs>
          <w:tab w:val="clear" w:pos="360"/>
          <w:tab w:val="num" w:pos="720"/>
        </w:tabs>
        <w:ind w:left="720"/>
      </w:pPr>
      <w:r>
        <w:t>Word on Fire</w:t>
      </w:r>
    </w:p>
    <w:p w14:paraId="257EF23F" w14:textId="0B8B2CE9" w:rsidR="002C480A" w:rsidRDefault="000C7C4C" w:rsidP="00E55666">
      <w:pPr>
        <w:pStyle w:val="ListBullet"/>
        <w:tabs>
          <w:tab w:val="clear" w:pos="360"/>
          <w:tab w:val="num" w:pos="720"/>
        </w:tabs>
        <w:ind w:left="720"/>
      </w:pPr>
      <w:r>
        <w:t>Pray More</w:t>
      </w:r>
      <w:r w:rsidR="00E55666">
        <w:t xml:space="preserve"> Novenas:</w:t>
      </w:r>
      <w:r>
        <w:t xml:space="preserve"> Advent Retreat</w:t>
      </w:r>
    </w:p>
    <w:p w14:paraId="6DA3224A" w14:textId="77777777" w:rsidR="00E55666" w:rsidRDefault="00E55666" w:rsidP="00E55666">
      <w:pPr>
        <w:pStyle w:val="ListBullet"/>
        <w:numPr>
          <w:ilvl w:val="0"/>
          <w:numId w:val="0"/>
        </w:numPr>
        <w:ind w:left="720"/>
      </w:pPr>
    </w:p>
    <w:p w14:paraId="770CA6D4" w14:textId="067C3D23" w:rsidR="002C480A" w:rsidRDefault="000C7C4C" w:rsidP="00E55666">
      <w:pPr>
        <w:pStyle w:val="ListBullet"/>
      </w:pPr>
      <w:r>
        <w:t>Lent</w:t>
      </w:r>
      <w:r>
        <w:br/>
        <w:t>• Dynamic Catholic</w:t>
      </w:r>
      <w:r>
        <w:br/>
        <w:t>• Word on Fire</w:t>
      </w:r>
      <w:r>
        <w:br/>
        <w:t>• Pray More</w:t>
      </w:r>
      <w:r w:rsidR="00E55666">
        <w:t xml:space="preserve"> Novenas:</w:t>
      </w:r>
      <w:r>
        <w:t xml:space="preserve"> Lenten Retreat</w:t>
      </w:r>
    </w:p>
    <w:p w14:paraId="3B6903C9" w14:textId="77777777" w:rsidR="002C480A" w:rsidRDefault="000C7C4C">
      <w:pPr>
        <w:pStyle w:val="Heading1"/>
      </w:pPr>
      <w:r>
        <w:t>Other Helpful Resources</w:t>
      </w:r>
    </w:p>
    <w:p w14:paraId="46C2F7BB" w14:textId="4C28ACCD" w:rsidR="002C480A" w:rsidRDefault="000C7C4C">
      <w:pPr>
        <w:pStyle w:val="ListBullet"/>
      </w:pPr>
      <w:r>
        <w:t>USCCB Daily Mass Readings</w:t>
      </w:r>
      <w:r w:rsidR="00E55666">
        <w:t xml:space="preserve"> (usccb.org)</w:t>
      </w:r>
    </w:p>
    <w:p w14:paraId="40A6A63D" w14:textId="77777777" w:rsidR="002C480A" w:rsidRDefault="000C7C4C">
      <w:pPr>
        <w:pStyle w:val="ListBullet"/>
      </w:pPr>
      <w:r>
        <w:t>EWTN &amp; The Catholic Channel (SiriusXM)</w:t>
      </w:r>
    </w:p>
    <w:p w14:paraId="54443BD0" w14:textId="77777777" w:rsidR="002C480A" w:rsidRDefault="000C7C4C">
      <w:pPr>
        <w:pStyle w:val="ListBullet"/>
      </w:pPr>
      <w:r>
        <w:t>MassTimes.org</w:t>
      </w:r>
    </w:p>
    <w:p w14:paraId="58B7899B" w14:textId="77777777" w:rsidR="002C480A" w:rsidRDefault="000C7C4C">
      <w:pPr>
        <w:pStyle w:val="ListBullet"/>
      </w:pPr>
      <w:r>
        <w:t>ChurchFathers.org</w:t>
      </w:r>
    </w:p>
    <w:p w14:paraId="1426E07E" w14:textId="76C1C003" w:rsidR="002C480A" w:rsidRDefault="000C7C4C">
      <w:pPr>
        <w:pStyle w:val="ListBullet"/>
      </w:pPr>
      <w:r>
        <w:t>Catholic Answers</w:t>
      </w:r>
      <w:r w:rsidR="00E55666">
        <w:t>, catholic.com</w:t>
      </w:r>
    </w:p>
    <w:p w14:paraId="327F0BCE" w14:textId="7A3DAA53" w:rsidR="002C480A" w:rsidRDefault="000C7C4C">
      <w:pPr>
        <w:pStyle w:val="ListBullet"/>
      </w:pPr>
      <w:r>
        <w:t>The Catholic Moment</w:t>
      </w:r>
      <w:r w:rsidR="00E55666">
        <w:t>, Diocese of Lafayette</w:t>
      </w:r>
    </w:p>
    <w:p w14:paraId="4EF4A2FF" w14:textId="5C982DEA" w:rsidR="002C480A" w:rsidRDefault="000C7C4C">
      <w:pPr>
        <w:pStyle w:val="ListBullet"/>
      </w:pPr>
      <w:r>
        <w:t>Institute of Catholic Culture</w:t>
      </w:r>
      <w:r w:rsidR="00E55666">
        <w:t>, instituteofcatholicculture.org</w:t>
      </w:r>
    </w:p>
    <w:p w14:paraId="1A1DDD37" w14:textId="2C7E6370" w:rsidR="002C480A" w:rsidRDefault="000C7C4C">
      <w:pPr>
        <w:pStyle w:val="ListBullet"/>
      </w:pPr>
      <w:r>
        <w:t>Word on Fire Institute</w:t>
      </w:r>
      <w:r w:rsidR="00E55666">
        <w:t>, institute.wordonfire.org</w:t>
      </w:r>
    </w:p>
    <w:p w14:paraId="06BC52E3" w14:textId="77777777" w:rsidR="002C480A" w:rsidRDefault="000C7C4C">
      <w:pPr>
        <w:pStyle w:val="ListBullet"/>
      </w:pPr>
      <w:r>
        <w:t>Vatican.va</w:t>
      </w:r>
    </w:p>
    <w:p w14:paraId="01C48205" w14:textId="77777777" w:rsidR="002C480A" w:rsidRDefault="000C7C4C">
      <w:pPr>
        <w:pStyle w:val="Heading1"/>
      </w:pPr>
      <w:r>
        <w:t>Recommended Podcasts</w:t>
      </w:r>
    </w:p>
    <w:p w14:paraId="6322E9FD" w14:textId="77777777" w:rsidR="002C480A" w:rsidRDefault="000C7C4C">
      <w:pPr>
        <w:pStyle w:val="ListBullet"/>
      </w:pPr>
      <w:r>
        <w:t>Word on Fire</w:t>
      </w:r>
    </w:p>
    <w:p w14:paraId="4D777483" w14:textId="77777777" w:rsidR="002C480A" w:rsidRDefault="000C7C4C">
      <w:pPr>
        <w:pStyle w:val="ListBullet"/>
      </w:pPr>
      <w:r>
        <w:t>Institute of Catholic Culture</w:t>
      </w:r>
    </w:p>
    <w:p w14:paraId="7ABDAB1D" w14:textId="77777777" w:rsidR="002C480A" w:rsidRDefault="000C7C4C">
      <w:pPr>
        <w:pStyle w:val="ListBullet"/>
      </w:pPr>
      <w:r>
        <w:t>Holy Banter (St. Alphonsus)</w:t>
      </w:r>
    </w:p>
    <w:p w14:paraId="595A7C75" w14:textId="77777777" w:rsidR="002C480A" w:rsidRDefault="000C7C4C">
      <w:pPr>
        <w:pStyle w:val="Heading1"/>
      </w:pPr>
      <w:r>
        <w:t>Recommended Catholic Teachers</w:t>
      </w:r>
    </w:p>
    <w:p w14:paraId="7F657755" w14:textId="77777777" w:rsidR="002C480A" w:rsidRDefault="000C7C4C">
      <w:pPr>
        <w:pStyle w:val="ListBullet"/>
      </w:pPr>
      <w:r>
        <w:t>Bishop Robert Barron</w:t>
      </w:r>
    </w:p>
    <w:p w14:paraId="729FE81E" w14:textId="77777777" w:rsidR="002C480A" w:rsidRDefault="000C7C4C">
      <w:pPr>
        <w:pStyle w:val="ListBullet"/>
      </w:pPr>
      <w:r>
        <w:t>Fr. Mike Schmitz</w:t>
      </w:r>
    </w:p>
    <w:p w14:paraId="7B98CAFE" w14:textId="77777777" w:rsidR="002C480A" w:rsidRDefault="000C7C4C">
      <w:pPr>
        <w:pStyle w:val="ListBullet"/>
      </w:pPr>
      <w:r>
        <w:t>Scott Hahn</w:t>
      </w:r>
    </w:p>
    <w:p w14:paraId="2FB07B78" w14:textId="77777777" w:rsidR="002C480A" w:rsidRDefault="000C7C4C">
      <w:pPr>
        <w:pStyle w:val="ListBullet"/>
      </w:pPr>
      <w:r>
        <w:t>John Bergsma</w:t>
      </w:r>
    </w:p>
    <w:p w14:paraId="207D748D" w14:textId="77777777" w:rsidR="002C480A" w:rsidRDefault="000C7C4C">
      <w:pPr>
        <w:pStyle w:val="ListBullet"/>
      </w:pPr>
      <w:r>
        <w:t>Brant Pitre</w:t>
      </w:r>
    </w:p>
    <w:p w14:paraId="07ED036B" w14:textId="77777777" w:rsidR="002C480A" w:rsidRDefault="000C7C4C">
      <w:pPr>
        <w:pStyle w:val="ListBullet"/>
      </w:pPr>
      <w:r>
        <w:t>Fr. Larry Richards</w:t>
      </w:r>
    </w:p>
    <w:p w14:paraId="2AA8CA35" w14:textId="77777777" w:rsidR="002C480A" w:rsidRDefault="000C7C4C">
      <w:pPr>
        <w:pStyle w:val="ListBullet"/>
      </w:pPr>
      <w:r>
        <w:t>Jeff Cavins</w:t>
      </w:r>
    </w:p>
    <w:p w14:paraId="28621EC9" w14:textId="77777777" w:rsidR="002C480A" w:rsidRDefault="000C7C4C">
      <w:pPr>
        <w:pStyle w:val="Heading1"/>
      </w:pPr>
      <w:r>
        <w:lastRenderedPageBreak/>
        <w:t>Helpful Apps</w:t>
      </w:r>
    </w:p>
    <w:p w14:paraId="6CFEF3EC" w14:textId="77777777" w:rsidR="00E55666" w:rsidRDefault="00E55666">
      <w:pPr>
        <w:pStyle w:val="ListBullet"/>
      </w:pPr>
      <w:r>
        <w:t>Hallow</w:t>
      </w:r>
    </w:p>
    <w:p w14:paraId="4183BB32" w14:textId="79DB0999" w:rsidR="00E55666" w:rsidRDefault="00E55666">
      <w:pPr>
        <w:pStyle w:val="ListBullet"/>
      </w:pPr>
      <w:r>
        <w:t>Ascension Press</w:t>
      </w:r>
    </w:p>
    <w:p w14:paraId="5743BC17" w14:textId="0BE09368" w:rsidR="002C480A" w:rsidRDefault="000C7C4C">
      <w:pPr>
        <w:pStyle w:val="ListBullet"/>
      </w:pPr>
      <w:r>
        <w:t>Laudate</w:t>
      </w:r>
    </w:p>
    <w:p w14:paraId="5C93AB99" w14:textId="77777777" w:rsidR="002C480A" w:rsidRDefault="000C7C4C">
      <w:pPr>
        <w:pStyle w:val="ListBullet"/>
      </w:pPr>
      <w:r>
        <w:t>FORMED</w:t>
      </w:r>
    </w:p>
    <w:p w14:paraId="159F17D1" w14:textId="77777777" w:rsidR="002C480A" w:rsidRDefault="000C7C4C">
      <w:pPr>
        <w:pStyle w:val="ListBullet"/>
      </w:pPr>
      <w:r>
        <w:t>Universalis</w:t>
      </w:r>
    </w:p>
    <w:p w14:paraId="13616919" w14:textId="77777777" w:rsidR="002C480A" w:rsidRDefault="000C7C4C">
      <w:pPr>
        <w:pStyle w:val="ListBullet"/>
      </w:pPr>
      <w:r>
        <w:t>iBreviary</w:t>
      </w:r>
    </w:p>
    <w:p w14:paraId="1B099217" w14:textId="77777777" w:rsidR="002C480A" w:rsidRDefault="000C7C4C">
      <w:pPr>
        <w:pStyle w:val="ListBullet"/>
      </w:pPr>
      <w:r>
        <w:t>Vatican News</w:t>
      </w:r>
    </w:p>
    <w:p w14:paraId="59364410" w14:textId="77777777" w:rsidR="002C480A" w:rsidRDefault="000C7C4C">
      <w:pPr>
        <w:pStyle w:val="ListBullet"/>
      </w:pPr>
      <w:r>
        <w:t>Catholic Answers Live</w:t>
      </w:r>
    </w:p>
    <w:p w14:paraId="11DDED23" w14:textId="77777777" w:rsidR="002C480A" w:rsidRDefault="000C7C4C">
      <w:pPr>
        <w:pStyle w:val="ListBullet"/>
      </w:pPr>
      <w:r>
        <w:t>Word on Fire Digital</w:t>
      </w:r>
    </w:p>
    <w:p w14:paraId="09DF0A98" w14:textId="77777777" w:rsidR="002C480A" w:rsidRDefault="000C7C4C">
      <w:pPr>
        <w:pStyle w:val="Heading1"/>
      </w:pPr>
      <w:r>
        <w:t>Liturgy of the Hours</w:t>
      </w:r>
    </w:p>
    <w:p w14:paraId="4CA62982" w14:textId="77777777" w:rsidR="002C480A" w:rsidRDefault="000C7C4C">
      <w:pPr>
        <w:pStyle w:val="ListBullet"/>
      </w:pPr>
      <w:r>
        <w:t>DivineOffice.org</w:t>
      </w:r>
    </w:p>
    <w:p w14:paraId="1D933439" w14:textId="77777777" w:rsidR="002C480A" w:rsidRDefault="000C7C4C">
      <w:pPr>
        <w:pStyle w:val="ListBullet"/>
      </w:pPr>
      <w:r>
        <w:t>Word on Fire Monthly Subscription</w:t>
      </w:r>
    </w:p>
    <w:p w14:paraId="334739F0" w14:textId="77777777" w:rsidR="002C480A" w:rsidRDefault="000C7C4C">
      <w:pPr>
        <w:pStyle w:val="ListBullet"/>
      </w:pPr>
      <w:r>
        <w:t>iBreviary</w:t>
      </w:r>
    </w:p>
    <w:p w14:paraId="4E866DC0" w14:textId="77777777" w:rsidR="002C480A" w:rsidRDefault="000C7C4C">
      <w:pPr>
        <w:pStyle w:val="ListBullet"/>
      </w:pPr>
      <w:r>
        <w:t>Universalis</w:t>
      </w:r>
    </w:p>
    <w:p w14:paraId="7E3EDC3E" w14:textId="77777777" w:rsidR="00E55666" w:rsidRDefault="00E55666" w:rsidP="00E55666">
      <w:pPr>
        <w:pStyle w:val="ListBullet"/>
        <w:numPr>
          <w:ilvl w:val="0"/>
          <w:numId w:val="0"/>
        </w:numPr>
        <w:ind w:left="360" w:hanging="360"/>
      </w:pPr>
    </w:p>
    <w:p w14:paraId="6E1B22B2" w14:textId="77777777" w:rsidR="00E55666" w:rsidRDefault="00E55666" w:rsidP="00E55666">
      <w:pPr>
        <w:pStyle w:val="ListBullet"/>
        <w:numPr>
          <w:ilvl w:val="0"/>
          <w:numId w:val="0"/>
        </w:numPr>
        <w:ind w:left="360" w:hanging="360"/>
      </w:pPr>
    </w:p>
    <w:p w14:paraId="330C010D" w14:textId="77777777" w:rsidR="00E55666" w:rsidRDefault="00E55666" w:rsidP="00E55666">
      <w:pPr>
        <w:pStyle w:val="ListBullet"/>
        <w:numPr>
          <w:ilvl w:val="0"/>
          <w:numId w:val="0"/>
        </w:numPr>
        <w:ind w:left="360" w:hanging="360"/>
      </w:pPr>
    </w:p>
    <w:p w14:paraId="755F6E8C" w14:textId="77777777" w:rsidR="00B938BD" w:rsidRDefault="00B938BD" w:rsidP="00B938BD">
      <w:pPr>
        <w:pStyle w:val="Heading1"/>
      </w:pPr>
      <w:r>
        <w:t>Questions?</w:t>
      </w:r>
    </w:p>
    <w:p w14:paraId="6920EBF7" w14:textId="36F1EECB" w:rsidR="00B938BD" w:rsidRDefault="00B938BD" w:rsidP="00B938BD">
      <w:r>
        <w:t>Christina Steele</w:t>
      </w:r>
      <w:r>
        <w:br/>
        <w:t>317-873-2885</w:t>
      </w:r>
      <w:r>
        <w:br/>
        <w:t>csteele@zionsvillecatholic.com</w:t>
      </w:r>
      <w:r>
        <w:br/>
        <w:t>zionsvillecatholic.com</w:t>
      </w:r>
    </w:p>
    <w:p w14:paraId="527B64E8" w14:textId="6FED1584" w:rsidR="00E55666" w:rsidRDefault="00E55666"/>
    <w:p w14:paraId="22F92E2D" w14:textId="77777777" w:rsidR="00E55666" w:rsidRDefault="00E55666" w:rsidP="00E55666">
      <w:pPr>
        <w:pStyle w:val="NormalWeb"/>
      </w:pPr>
      <w:r>
        <w:rPr>
          <w:noProof/>
        </w:rPr>
        <w:lastRenderedPageBreak/>
        <w:drawing>
          <wp:inline distT="0" distB="0" distL="0" distR="0" wp14:anchorId="4C6D305D" wp14:editId="5C65B6F3">
            <wp:extent cx="5767784" cy="7466387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260" cy="748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124D1" w14:textId="77777777" w:rsidR="00E55666" w:rsidRDefault="00E55666" w:rsidP="00E55666">
      <w:pPr>
        <w:pStyle w:val="ListBullet"/>
        <w:numPr>
          <w:ilvl w:val="0"/>
          <w:numId w:val="0"/>
        </w:numPr>
        <w:ind w:left="360" w:hanging="360"/>
      </w:pPr>
    </w:p>
    <w:sectPr w:rsidR="00E5566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7913936">
    <w:abstractNumId w:val="8"/>
  </w:num>
  <w:num w:numId="2" w16cid:durableId="769080177">
    <w:abstractNumId w:val="6"/>
  </w:num>
  <w:num w:numId="3" w16cid:durableId="1602643979">
    <w:abstractNumId w:val="5"/>
  </w:num>
  <w:num w:numId="4" w16cid:durableId="2090151682">
    <w:abstractNumId w:val="4"/>
  </w:num>
  <w:num w:numId="5" w16cid:durableId="190657073">
    <w:abstractNumId w:val="7"/>
  </w:num>
  <w:num w:numId="6" w16cid:durableId="1558012323">
    <w:abstractNumId w:val="3"/>
  </w:num>
  <w:num w:numId="7" w16cid:durableId="761296178">
    <w:abstractNumId w:val="2"/>
  </w:num>
  <w:num w:numId="8" w16cid:durableId="1126043645">
    <w:abstractNumId w:val="1"/>
  </w:num>
  <w:num w:numId="9" w16cid:durableId="869145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7C4C"/>
    <w:rsid w:val="0015074B"/>
    <w:rsid w:val="0029639D"/>
    <w:rsid w:val="002C480A"/>
    <w:rsid w:val="00326F90"/>
    <w:rsid w:val="0036445D"/>
    <w:rsid w:val="004772AC"/>
    <w:rsid w:val="00AA1D8D"/>
    <w:rsid w:val="00B47730"/>
    <w:rsid w:val="00B938BD"/>
    <w:rsid w:val="00CB0664"/>
    <w:rsid w:val="00E556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E3F7DB"/>
  <w14:defaultImageDpi w14:val="300"/>
  <w15:docId w15:val="{49F9A464-C189-4C1C-BA07-B255AC176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E55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351</Words>
  <Characters>1615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Christina Steele</cp:lastModifiedBy>
  <cp:revision>4</cp:revision>
  <cp:lastPrinted>2026-06-25T17:24:00Z</cp:lastPrinted>
  <dcterms:created xsi:type="dcterms:W3CDTF">2026-06-25T17:17:00Z</dcterms:created>
  <dcterms:modified xsi:type="dcterms:W3CDTF">2026-06-25T17:24:00Z</dcterms:modified>
  <cp:category/>
</cp:coreProperties>
</file>